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CCCBA" w14:textId="77777777" w:rsidR="00CB5CF9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75D3F534" wp14:editId="5F72BE88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6BE2F" w14:textId="77777777" w:rsidR="00CB5CF9" w:rsidRPr="008F6775" w:rsidRDefault="00000000">
      <w:pPr>
        <w:keepNext/>
        <w:spacing w:line="240" w:lineRule="auto"/>
        <w:ind w:firstLine="0"/>
        <w:jc w:val="right"/>
        <w:rPr>
          <w:lang w:val="ru-RU"/>
        </w:rPr>
      </w:pPr>
      <w:r w:rsidRPr="008F6775">
        <w:rPr>
          <w:b/>
          <w:lang w:val="ru-RU"/>
        </w:rPr>
        <w:t>УТВЕРЖДАЮ</w:t>
      </w:r>
    </w:p>
    <w:p w14:paraId="51CAD6E8" w14:textId="77777777" w:rsidR="00CB5CF9" w:rsidRPr="008F6775" w:rsidRDefault="00000000">
      <w:pPr>
        <w:keepNext/>
        <w:spacing w:line="240" w:lineRule="auto"/>
        <w:ind w:firstLine="0"/>
        <w:jc w:val="right"/>
        <w:rPr>
          <w:lang w:val="ru-RU"/>
        </w:rPr>
      </w:pPr>
      <w:r w:rsidRPr="008F6775">
        <w:rPr>
          <w:lang w:val="ru-RU"/>
        </w:rPr>
        <w:t>Директор</w:t>
      </w:r>
    </w:p>
    <w:p w14:paraId="6DA36735" w14:textId="4ECD8789" w:rsidR="00CB5CF9" w:rsidRPr="008F6775" w:rsidRDefault="00000000">
      <w:pPr>
        <w:keepNext/>
        <w:spacing w:line="240" w:lineRule="auto"/>
        <w:ind w:firstLine="0"/>
        <w:jc w:val="right"/>
        <w:rPr>
          <w:lang w:val="ru-RU"/>
        </w:rPr>
      </w:pPr>
      <w:r w:rsidRPr="008F6775">
        <w:rPr>
          <w:lang w:val="ru-RU"/>
        </w:rPr>
        <w:t>_______</w:t>
      </w:r>
      <w:r w:rsidR="008F6775">
        <w:rPr>
          <w:noProof/>
        </w:rPr>
        <w:drawing>
          <wp:inline distT="0" distB="0" distL="0" distR="0" wp14:anchorId="3DD565CA" wp14:editId="3EAEDA1D">
            <wp:extent cx="1190625" cy="1152525"/>
            <wp:effectExtent l="0" t="0" r="9525" b="9525"/>
            <wp:docPr id="5931366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13666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6775">
        <w:rPr>
          <w:lang w:val="ru-RU"/>
        </w:rPr>
        <w:t>_________ / Е.Е. Николаева</w:t>
      </w:r>
    </w:p>
    <w:p w14:paraId="30BB4FCB" w14:textId="77777777" w:rsidR="00CB5CF9" w:rsidRPr="008F6775" w:rsidRDefault="00000000">
      <w:pPr>
        <w:keepNext/>
        <w:spacing w:after="160" w:line="240" w:lineRule="auto"/>
        <w:ind w:firstLine="0"/>
        <w:jc w:val="right"/>
        <w:rPr>
          <w:lang w:val="ru-RU"/>
        </w:rPr>
      </w:pPr>
      <w:r w:rsidRPr="008F6775">
        <w:rPr>
          <w:lang w:val="ru-RU"/>
        </w:rPr>
        <w:t>«25» августа 2026 г.</w:t>
      </w:r>
    </w:p>
    <w:p w14:paraId="1CF0FC2F" w14:textId="77777777" w:rsidR="00CB5CF9" w:rsidRPr="008F6775" w:rsidRDefault="00000000">
      <w:pPr>
        <w:keepNext/>
        <w:spacing w:after="80" w:line="240" w:lineRule="auto"/>
        <w:ind w:firstLine="0"/>
        <w:jc w:val="center"/>
        <w:rPr>
          <w:lang w:val="ru-RU"/>
        </w:rPr>
      </w:pPr>
      <w:r w:rsidRPr="008F6775">
        <w:rPr>
          <w:b/>
          <w:lang w:val="ru-RU"/>
        </w:rPr>
        <w:t>СВЕДЕНИЯ</w:t>
      </w:r>
    </w:p>
    <w:p w14:paraId="64075DF4" w14:textId="77777777" w:rsidR="00CB5CF9" w:rsidRPr="008F6775" w:rsidRDefault="00000000">
      <w:pPr>
        <w:keepNext/>
        <w:spacing w:after="80" w:line="240" w:lineRule="auto"/>
        <w:ind w:firstLine="0"/>
        <w:jc w:val="center"/>
        <w:rPr>
          <w:lang w:val="ru-RU"/>
        </w:rPr>
      </w:pPr>
      <w:r w:rsidRPr="008F6775">
        <w:rPr>
          <w:b/>
          <w:lang w:val="ru-RU"/>
        </w:rPr>
        <w:t>О МЕДИЦИНСКОЙ ОРГАНИЗАЦИИ</w:t>
      </w:r>
    </w:p>
    <w:p w14:paraId="09AC5367" w14:textId="77777777" w:rsidR="00CB5CF9" w:rsidRPr="008F6775" w:rsidRDefault="00000000">
      <w:pPr>
        <w:keepNext/>
        <w:spacing w:after="200" w:line="240" w:lineRule="auto"/>
        <w:ind w:firstLine="0"/>
        <w:jc w:val="center"/>
        <w:rPr>
          <w:lang w:val="ru-RU"/>
        </w:rPr>
      </w:pPr>
      <w:r w:rsidRPr="008F6775">
        <w:rPr>
          <w:i/>
          <w:lang w:val="ru-RU"/>
        </w:rPr>
        <w:t>(для размещения на официальном сайте)</w:t>
      </w:r>
    </w:p>
    <w:p w14:paraId="33085044" w14:textId="77777777" w:rsidR="00CB5CF9" w:rsidRDefault="00000000">
      <w:pPr>
        <w:keepNext/>
        <w:spacing w:after="160" w:line="240" w:lineRule="auto"/>
        <w:ind w:firstLine="0"/>
        <w:jc w:val="left"/>
      </w:pPr>
      <w:proofErr w:type="spellStart"/>
      <w:r>
        <w:rPr>
          <w:b/>
        </w:rPr>
        <w:t>Дата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актуализации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сведений</w:t>
      </w:r>
      <w:proofErr w:type="spellEnd"/>
      <w:r>
        <w:rPr>
          <w:b/>
        </w:rPr>
        <w:t>: 25.08.2026</w:t>
      </w:r>
    </w:p>
    <w:p w14:paraId="60FBFCDE" w14:textId="77777777" w:rsidR="00CB5CF9" w:rsidRDefault="00CB5CF9">
      <w:pPr>
        <w:keepNext/>
        <w:spacing w:after="160" w:line="276" w:lineRule="auto"/>
        <w:ind w:firstLine="0"/>
      </w:pPr>
    </w:p>
    <w:p w14:paraId="3E20CB62" w14:textId="77777777" w:rsidR="00CB5CF9" w:rsidRDefault="00000000">
      <w:pPr>
        <w:pStyle w:val="Heading1"/>
        <w:spacing w:before="160" w:after="100" w:line="240" w:lineRule="auto"/>
        <w:ind w:firstLine="0"/>
        <w:jc w:val="center"/>
      </w:pPr>
      <w:r>
        <w:rPr>
          <w:rFonts w:ascii="Times New Roman" w:eastAsia="Times New Roman" w:hAnsi="Times New Roman"/>
        </w:rPr>
        <w:t>1. ОБЩИЕ СВЕДЕНИЯ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5840"/>
      </w:tblGrid>
      <w:tr w:rsidR="00CB5CF9" w:rsidRPr="008F6775" w14:paraId="1AE6C10F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273650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Полное наименование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B4804" w14:textId="77777777" w:rsidR="00CB5CF9" w:rsidRPr="008F6775" w:rsidRDefault="00000000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8F6775">
              <w:rPr>
                <w:lang w:val="ru-RU"/>
              </w:rPr>
              <w:t>ООО «Глазная поликлиника «Леге Артис»</w:t>
            </w:r>
          </w:p>
        </w:tc>
      </w:tr>
      <w:tr w:rsidR="00CB5CF9" w14:paraId="75562C26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891CD1" w14:textId="77777777" w:rsidR="00CB5CF9" w:rsidRDefault="00000000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b/>
              </w:rPr>
              <w:t>Сокращенное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наименование</w:t>
            </w:r>
            <w:proofErr w:type="spellEnd"/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233287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ООО «Леге Артис»</w:t>
            </w:r>
          </w:p>
        </w:tc>
      </w:tr>
      <w:tr w:rsidR="00CB5CF9" w14:paraId="35BCB353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E8961C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Организационно-правовая форма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D35DA7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Общество с ограниченной ответственностью</w:t>
            </w:r>
          </w:p>
        </w:tc>
      </w:tr>
      <w:tr w:rsidR="00CB5CF9" w14:paraId="457D25B4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3840F5" w14:textId="77777777" w:rsidR="00CB5CF9" w:rsidRPr="008F6775" w:rsidRDefault="00000000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8F6775">
              <w:rPr>
                <w:b/>
                <w:lang w:val="ru-RU"/>
              </w:rPr>
              <w:t>Основной государственный регистрационный номер (ОГРН)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20CD9F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1036163004910</w:t>
            </w:r>
          </w:p>
        </w:tc>
      </w:tr>
      <w:tr w:rsidR="00CB5CF9" w14:paraId="59218A40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1C352B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Идентификационный номер налогоплательщика (ИНН)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309719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6163066834</w:t>
            </w:r>
          </w:p>
        </w:tc>
      </w:tr>
      <w:tr w:rsidR="00CB5CF9" w14:paraId="1704A587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C18FF0" w14:textId="77777777" w:rsidR="00CB5CF9" w:rsidRPr="008F6775" w:rsidRDefault="00000000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8F6775">
              <w:rPr>
                <w:b/>
                <w:lang w:val="ru-RU"/>
              </w:rPr>
              <w:lastRenderedPageBreak/>
              <w:t>Код причины постановки на учет (КПП)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BBF075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616301001</w:t>
            </w:r>
          </w:p>
        </w:tc>
      </w:tr>
      <w:tr w:rsidR="00CB5CF9" w14:paraId="54B7751E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4EEA9C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Дата государственной регистрации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8B2FD8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27.03.2003</w:t>
            </w:r>
          </w:p>
        </w:tc>
      </w:tr>
      <w:tr w:rsidR="00CB5CF9" w14:paraId="1551A72E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14DF49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Сведения об учредителе (учредителях)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C6AFC3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Николаева Елена Евгеньевна</w:t>
            </w:r>
          </w:p>
        </w:tc>
      </w:tr>
      <w:tr w:rsidR="00CB5CF9" w14:paraId="0295AC22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87534B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Официальный сайт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935E4D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https://legeartis-don.ru/</w:t>
            </w:r>
          </w:p>
        </w:tc>
      </w:tr>
    </w:tbl>
    <w:p w14:paraId="42F94714" w14:textId="77777777" w:rsidR="00CB5CF9" w:rsidRPr="008F6775" w:rsidRDefault="00000000">
      <w:pPr>
        <w:pStyle w:val="Heading1"/>
        <w:spacing w:before="160" w:after="100" w:line="240" w:lineRule="auto"/>
        <w:ind w:firstLine="0"/>
        <w:jc w:val="center"/>
        <w:rPr>
          <w:lang w:val="ru-RU"/>
        </w:rPr>
      </w:pPr>
      <w:r w:rsidRPr="008F6775">
        <w:rPr>
          <w:rFonts w:ascii="Times New Roman" w:eastAsia="Times New Roman" w:hAnsi="Times New Roman"/>
          <w:lang w:val="ru-RU"/>
        </w:rPr>
        <w:t>2. МЕСТО НАХОЖДЕНИЯ, ПОЧТОВЫЙ АДРЕС И СХЕМА ПРОЕЗДА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5840"/>
      </w:tblGrid>
      <w:tr w:rsidR="00CB5CF9" w14:paraId="6B5C9928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28A2FB" w14:textId="77777777" w:rsidR="00CB5CF9" w:rsidRDefault="00000000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b/>
              </w:rPr>
              <w:t>Место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нахождения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юридический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адрес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016A6C" w14:textId="77777777" w:rsidR="00CB5CF9" w:rsidRDefault="00000000">
            <w:pPr>
              <w:spacing w:line="240" w:lineRule="auto"/>
              <w:ind w:firstLine="0"/>
              <w:jc w:val="left"/>
            </w:pPr>
            <w:r w:rsidRPr="008F6775">
              <w:rPr>
                <w:lang w:val="ru-RU"/>
              </w:rPr>
              <w:t xml:space="preserve">344006, Ростовская область, г. </w:t>
            </w:r>
            <w:proofErr w:type="spellStart"/>
            <w:r w:rsidRPr="008F6775">
              <w:rPr>
                <w:lang w:val="ru-RU"/>
              </w:rPr>
              <w:t>Ростов</w:t>
            </w:r>
            <w:proofErr w:type="spellEnd"/>
            <w:r w:rsidRPr="008F6775">
              <w:rPr>
                <w:lang w:val="ru-RU"/>
              </w:rPr>
              <w:t xml:space="preserve">-на-Дону, ул. </w:t>
            </w:r>
            <w:proofErr w:type="spellStart"/>
            <w:r>
              <w:t>Суворова</w:t>
            </w:r>
            <w:proofErr w:type="spellEnd"/>
            <w:r>
              <w:t>, д. 39</w:t>
            </w:r>
          </w:p>
        </w:tc>
      </w:tr>
      <w:tr w:rsidR="00CB5CF9" w14:paraId="2C5C70D6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6C9142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Почтовый адрес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0D8964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совпадает с местом нахождения</w:t>
            </w:r>
          </w:p>
        </w:tc>
      </w:tr>
      <w:tr w:rsidR="00CB5CF9" w14:paraId="2E39D8E1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617B5C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Адрес фактического осуществления деятельности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C66C69" w14:textId="77777777" w:rsidR="00CB5CF9" w:rsidRDefault="00000000">
            <w:pPr>
              <w:spacing w:line="240" w:lineRule="auto"/>
              <w:ind w:firstLine="0"/>
              <w:jc w:val="left"/>
            </w:pPr>
            <w:r w:rsidRPr="008F6775">
              <w:rPr>
                <w:lang w:val="ru-RU"/>
              </w:rPr>
              <w:t xml:space="preserve">344006, Ростовская область, г. </w:t>
            </w:r>
            <w:proofErr w:type="spellStart"/>
            <w:r w:rsidRPr="008F6775">
              <w:rPr>
                <w:lang w:val="ru-RU"/>
              </w:rPr>
              <w:t>Ростов</w:t>
            </w:r>
            <w:proofErr w:type="spellEnd"/>
            <w:r w:rsidRPr="008F6775">
              <w:rPr>
                <w:lang w:val="ru-RU"/>
              </w:rPr>
              <w:t xml:space="preserve">-на-Дону, ул. </w:t>
            </w:r>
            <w:proofErr w:type="spellStart"/>
            <w:r>
              <w:t>Суворова</w:t>
            </w:r>
            <w:proofErr w:type="spellEnd"/>
            <w:r>
              <w:t>, д. 39</w:t>
            </w:r>
          </w:p>
        </w:tc>
      </w:tr>
      <w:tr w:rsidR="00CB5CF9" w14:paraId="7B7C0840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41F651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Адреса обособленных структурных подразделений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9385AE" w14:textId="77777777" w:rsidR="00CB5CF9" w:rsidRDefault="00000000">
            <w:pPr>
              <w:spacing w:line="240" w:lineRule="auto"/>
              <w:ind w:firstLine="0"/>
              <w:jc w:val="left"/>
            </w:pPr>
            <w:r w:rsidRPr="008F6775">
              <w:rPr>
                <w:lang w:val="ru-RU"/>
              </w:rPr>
              <w:t xml:space="preserve">346735, Ростовская область, Аксайский район, п. </w:t>
            </w:r>
            <w:proofErr w:type="spellStart"/>
            <w:r w:rsidRPr="008F6775">
              <w:rPr>
                <w:lang w:val="ru-RU"/>
              </w:rPr>
              <w:t>Верхнетемерницкий</w:t>
            </w:r>
            <w:proofErr w:type="spellEnd"/>
            <w:r w:rsidRPr="008F6775">
              <w:rPr>
                <w:lang w:val="ru-RU"/>
              </w:rPr>
              <w:t xml:space="preserve">, ул. Обсерваторная, 84/26; 344010, г. Ростов-на-Дону, пр. Чехова, 55; 344069, г. Ростов-на-Дону, ул. Таганрогская, 133; 346407, Ростовская область, г. Новочеркасск, спуск Герцена, 11/1; 347900, Ростовская область, г. Таганрог, ул. </w:t>
            </w:r>
            <w:r>
              <w:t>Розы Люксембург, 66/45; 344049, г. Ростов-на-Дону, ул. Ткачева, 11</w:t>
            </w:r>
          </w:p>
        </w:tc>
      </w:tr>
      <w:tr w:rsidR="00CB5CF9" w:rsidRPr="008F6775" w14:paraId="50C2A844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556740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Как добраться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66E096" w14:textId="77777777" w:rsidR="00CB5CF9" w:rsidRPr="008F6775" w:rsidRDefault="00000000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8F6775">
              <w:rPr>
                <w:lang w:val="ru-RU"/>
              </w:rPr>
              <w:t>Схема проезда и маршрут доступны на официальном сайте клиники; для уточнения маршрута: 8 (863) 333-02-14</w:t>
            </w:r>
          </w:p>
        </w:tc>
      </w:tr>
      <w:tr w:rsidR="00CB5CF9" w14:paraId="11EDB89E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BE275F" w14:textId="77777777" w:rsidR="00CB5CF9" w:rsidRPr="008F6775" w:rsidRDefault="00000000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8F6775">
              <w:rPr>
                <w:b/>
                <w:lang w:val="ru-RU"/>
              </w:rPr>
              <w:t>Ссылка на электронную карту / схему проезда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F94C37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https://legeartis-don.ru/</w:t>
            </w:r>
          </w:p>
        </w:tc>
      </w:tr>
    </w:tbl>
    <w:p w14:paraId="67D048AF" w14:textId="77777777" w:rsidR="00CB5CF9" w:rsidRDefault="00000000">
      <w:pPr>
        <w:pStyle w:val="Heading1"/>
        <w:spacing w:before="160" w:after="100" w:line="240" w:lineRule="auto"/>
        <w:ind w:firstLine="0"/>
        <w:jc w:val="center"/>
      </w:pPr>
      <w:r>
        <w:rPr>
          <w:rFonts w:ascii="Times New Roman" w:eastAsia="Times New Roman" w:hAnsi="Times New Roman"/>
        </w:rPr>
        <w:t>3. СТРУКТУРА И ОРГАНЫ УПРАВЛЕНИЯ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5840"/>
      </w:tblGrid>
      <w:tr w:rsidR="00CB5CF9" w14:paraId="223372C3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813FC2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Высший орган управления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77DBAE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Директор</w:t>
            </w:r>
          </w:p>
        </w:tc>
      </w:tr>
      <w:tr w:rsidR="00CB5CF9" w14:paraId="7BD8F6B5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C6606F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Единоличный исполнительный орган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6E41A4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Директор — Николаева Елена Евгеньевна</w:t>
            </w:r>
          </w:p>
        </w:tc>
      </w:tr>
      <w:tr w:rsidR="00CB5CF9" w:rsidRPr="008F6775" w14:paraId="085B823D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7D7E8E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lastRenderedPageBreak/>
              <w:t>Руководитель медицинской деятельности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6CF0B7" w14:textId="77777777" w:rsidR="00CB5CF9" w:rsidRPr="008F6775" w:rsidRDefault="00000000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8F6775">
              <w:rPr>
                <w:lang w:val="ru-RU"/>
              </w:rPr>
              <w:t>Главный врач — Темиров Николай Эдуардович</w:t>
            </w:r>
          </w:p>
        </w:tc>
      </w:tr>
      <w:tr w:rsidR="00CB5CF9" w:rsidRPr="008F6775" w14:paraId="5E626B71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A004E6" w14:textId="77777777" w:rsidR="00CB5CF9" w:rsidRDefault="00000000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b/>
              </w:rPr>
              <w:t>Иные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органы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управления</w:t>
            </w:r>
            <w:proofErr w:type="spellEnd"/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E8C1DF" w14:textId="77777777" w:rsidR="00CB5CF9" w:rsidRPr="008F6775" w:rsidRDefault="00000000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8F6775">
              <w:rPr>
                <w:lang w:val="ru-RU"/>
              </w:rPr>
              <w:t>структура клиники включает взрослое и детское офтальмологические направления и обособленные подразделения по адресам медицинской деятельности</w:t>
            </w:r>
          </w:p>
        </w:tc>
      </w:tr>
    </w:tbl>
    <w:p w14:paraId="00C0A951" w14:textId="77777777" w:rsidR="00CB5CF9" w:rsidRDefault="00000000">
      <w:pPr>
        <w:spacing w:before="100" w:after="80" w:line="240" w:lineRule="auto"/>
        <w:ind w:firstLine="0"/>
        <w:jc w:val="left"/>
      </w:pPr>
      <w:proofErr w:type="spellStart"/>
      <w:r>
        <w:rPr>
          <w:b/>
        </w:rPr>
        <w:t>Структурные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подразделения</w:t>
      </w:r>
      <w:proofErr w:type="spellEnd"/>
      <w:r>
        <w:rPr>
          <w:b/>
        </w:rPr>
        <w:t>: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4649"/>
        <w:gridCol w:w="2154"/>
      </w:tblGrid>
      <w:tr w:rsidR="00CB5CF9" w14:paraId="0F54C3F0" w14:textId="77777777">
        <w:trPr>
          <w:cantSplit/>
          <w:tblHeader/>
          <w:jc w:val="center"/>
        </w:trPr>
        <w:tc>
          <w:tcPr>
            <w:tcW w:w="255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2C450A" w14:textId="77777777" w:rsidR="00CB5CF9" w:rsidRDefault="00000000">
            <w:pPr>
              <w:spacing w:line="240" w:lineRule="auto"/>
              <w:ind w:firstLine="0"/>
              <w:jc w:val="center"/>
            </w:pPr>
            <w:r>
              <w:rPr>
                <w:b/>
              </w:rPr>
              <w:t>Подразделение</w:t>
            </w:r>
          </w:p>
        </w:tc>
        <w:tc>
          <w:tcPr>
            <w:tcW w:w="4649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618ED1" w14:textId="77777777" w:rsidR="00CB5CF9" w:rsidRDefault="00000000">
            <w:pPr>
              <w:spacing w:line="240" w:lineRule="auto"/>
              <w:ind w:firstLine="0"/>
              <w:jc w:val="center"/>
            </w:pPr>
            <w:r>
              <w:rPr>
                <w:b/>
              </w:rPr>
              <w:t>Адрес и основные функции</w:t>
            </w:r>
          </w:p>
        </w:tc>
        <w:tc>
          <w:tcPr>
            <w:tcW w:w="2154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B0A272" w14:textId="77777777" w:rsidR="00CB5CF9" w:rsidRDefault="00000000">
            <w:pPr>
              <w:spacing w:line="240" w:lineRule="auto"/>
              <w:ind w:firstLine="0"/>
              <w:jc w:val="center"/>
            </w:pPr>
            <w:r>
              <w:rPr>
                <w:b/>
              </w:rPr>
              <w:t>Контактный телефон</w:t>
            </w:r>
          </w:p>
        </w:tc>
      </w:tr>
      <w:tr w:rsidR="00CB5CF9" w14:paraId="4B8A0891" w14:textId="77777777">
        <w:trPr>
          <w:cantSplit/>
          <w:jc w:val="center"/>
        </w:trPr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ED7D78" w14:textId="77777777" w:rsidR="00CB5CF9" w:rsidRDefault="00000000">
            <w:r>
              <w:t>Глазная клиника «Леге Артис»</w:t>
            </w:r>
          </w:p>
        </w:tc>
        <w:tc>
          <w:tcPr>
            <w:tcW w:w="464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F32FAC" w14:textId="77777777" w:rsidR="00CB5CF9" w:rsidRPr="008F6775" w:rsidRDefault="00000000">
            <w:pPr>
              <w:rPr>
                <w:lang w:val="ru-RU"/>
              </w:rPr>
            </w:pPr>
            <w:r w:rsidRPr="008F6775">
              <w:rPr>
                <w:lang w:val="ru-RU"/>
              </w:rPr>
              <w:t>Ростов-на-Дону, ул. Суворова, 39 — офтальмологическая помощь</w:t>
            </w:r>
          </w:p>
        </w:tc>
        <w:tc>
          <w:tcPr>
            <w:tcW w:w="2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78B379" w14:textId="77777777" w:rsidR="00CB5CF9" w:rsidRDefault="00000000">
            <w:r>
              <w:t>8 (863) 333-02-14</w:t>
            </w:r>
          </w:p>
        </w:tc>
      </w:tr>
      <w:tr w:rsidR="00CB5CF9" w14:paraId="310172A9" w14:textId="77777777">
        <w:trPr>
          <w:cantSplit/>
          <w:jc w:val="center"/>
        </w:trPr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7773D4" w14:textId="77777777" w:rsidR="00CB5CF9" w:rsidRPr="008F6775" w:rsidRDefault="00000000">
            <w:pPr>
              <w:rPr>
                <w:lang w:val="ru-RU"/>
              </w:rPr>
            </w:pPr>
            <w:r w:rsidRPr="008F6775">
              <w:rPr>
                <w:lang w:val="ru-RU"/>
              </w:rPr>
              <w:t>Консультативно-диагностический центр «Леге Артис»</w:t>
            </w:r>
          </w:p>
        </w:tc>
        <w:tc>
          <w:tcPr>
            <w:tcW w:w="464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A334A0" w14:textId="77777777" w:rsidR="00CB5CF9" w:rsidRPr="008F6775" w:rsidRDefault="00000000">
            <w:pPr>
              <w:rPr>
                <w:lang w:val="ru-RU"/>
              </w:rPr>
            </w:pPr>
            <w:r w:rsidRPr="008F6775">
              <w:rPr>
                <w:lang w:val="ru-RU"/>
              </w:rPr>
              <w:t>Ростов-на-Дону, ул. Таганрогская, 133 — консультативно-диагностическая помощь</w:t>
            </w:r>
          </w:p>
        </w:tc>
        <w:tc>
          <w:tcPr>
            <w:tcW w:w="2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26C932" w14:textId="77777777" w:rsidR="00CB5CF9" w:rsidRDefault="00000000">
            <w:r>
              <w:t>8 (863) 333-02-14</w:t>
            </w:r>
          </w:p>
        </w:tc>
      </w:tr>
      <w:tr w:rsidR="00CB5CF9" w14:paraId="630FC527" w14:textId="77777777">
        <w:trPr>
          <w:cantSplit/>
          <w:jc w:val="center"/>
        </w:trPr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987BAA" w14:textId="77777777" w:rsidR="00CB5CF9" w:rsidRDefault="00000000">
            <w:r>
              <w:t>Обособленные подразделения</w:t>
            </w:r>
          </w:p>
        </w:tc>
        <w:tc>
          <w:tcPr>
            <w:tcW w:w="464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CCDA10" w14:textId="77777777" w:rsidR="00CB5CF9" w:rsidRPr="008F6775" w:rsidRDefault="00000000">
            <w:pPr>
              <w:rPr>
                <w:lang w:val="ru-RU"/>
              </w:rPr>
            </w:pPr>
            <w:proofErr w:type="spellStart"/>
            <w:r w:rsidRPr="008F6775">
              <w:rPr>
                <w:lang w:val="ru-RU"/>
              </w:rPr>
              <w:t>Обсерваторная</w:t>
            </w:r>
            <w:proofErr w:type="spellEnd"/>
            <w:r w:rsidRPr="008F6775">
              <w:rPr>
                <w:lang w:val="ru-RU"/>
              </w:rPr>
              <w:t>, 84/26; Чехова, 55; Новочеркасск, спуск Герцена, 11/1; Таганрог, Р. Люксембург, 66/45; Ткачева, 11</w:t>
            </w:r>
          </w:p>
        </w:tc>
        <w:tc>
          <w:tcPr>
            <w:tcW w:w="215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D65F38" w14:textId="77777777" w:rsidR="00CB5CF9" w:rsidRDefault="00000000">
            <w:r>
              <w:t>8 (863) 333-02-14</w:t>
            </w:r>
          </w:p>
        </w:tc>
      </w:tr>
    </w:tbl>
    <w:p w14:paraId="6F0B52E4" w14:textId="77777777" w:rsidR="00CB5CF9" w:rsidRDefault="00000000">
      <w:pPr>
        <w:pStyle w:val="Heading1"/>
        <w:spacing w:before="160" w:after="100" w:line="240" w:lineRule="auto"/>
        <w:ind w:firstLine="0"/>
        <w:jc w:val="center"/>
      </w:pPr>
      <w:r>
        <w:rPr>
          <w:rFonts w:ascii="Times New Roman" w:eastAsia="Times New Roman" w:hAnsi="Times New Roman"/>
        </w:rPr>
        <w:t>4. РЕЖИМ И ГРАФИК РАБОТЫ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2664"/>
        <w:gridCol w:w="1474"/>
        <w:gridCol w:w="2551"/>
      </w:tblGrid>
      <w:tr w:rsidR="00CB5CF9" w14:paraId="78A27E6D" w14:textId="77777777">
        <w:trPr>
          <w:cantSplit/>
          <w:tblHeader/>
          <w:jc w:val="center"/>
        </w:trPr>
        <w:tc>
          <w:tcPr>
            <w:tcW w:w="2664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77D9FC" w14:textId="77777777" w:rsidR="00CB5CF9" w:rsidRDefault="00000000">
            <w:pPr>
              <w:spacing w:line="240" w:lineRule="auto"/>
              <w:ind w:firstLine="0"/>
              <w:jc w:val="center"/>
            </w:pPr>
            <w:r>
              <w:rPr>
                <w:b/>
              </w:rPr>
              <w:t>Подразделение / служба</w:t>
            </w:r>
          </w:p>
        </w:tc>
        <w:tc>
          <w:tcPr>
            <w:tcW w:w="2664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F2546A" w14:textId="77777777" w:rsidR="00CB5CF9" w:rsidRDefault="00000000">
            <w:pPr>
              <w:spacing w:line="240" w:lineRule="auto"/>
              <w:ind w:firstLine="0"/>
              <w:jc w:val="center"/>
            </w:pPr>
            <w:r>
              <w:rPr>
                <w:b/>
              </w:rPr>
              <w:t>Дни и время работы</w:t>
            </w:r>
          </w:p>
        </w:tc>
        <w:tc>
          <w:tcPr>
            <w:tcW w:w="1474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9D455E" w14:textId="77777777" w:rsidR="00CB5CF9" w:rsidRDefault="00000000">
            <w:pPr>
              <w:spacing w:line="240" w:lineRule="auto"/>
              <w:ind w:firstLine="0"/>
              <w:jc w:val="center"/>
            </w:pPr>
            <w:r>
              <w:rPr>
                <w:b/>
              </w:rPr>
              <w:t>Перерыв</w:t>
            </w:r>
          </w:p>
        </w:tc>
        <w:tc>
          <w:tcPr>
            <w:tcW w:w="2551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7AFF57" w14:textId="77777777" w:rsidR="00CB5CF9" w:rsidRDefault="00000000">
            <w:pPr>
              <w:spacing w:line="240" w:lineRule="auto"/>
              <w:ind w:firstLine="0"/>
              <w:jc w:val="center"/>
            </w:pPr>
            <w:r>
              <w:rPr>
                <w:b/>
              </w:rPr>
              <w:t>Примечание</w:t>
            </w:r>
          </w:p>
        </w:tc>
      </w:tr>
      <w:tr w:rsidR="00CB5CF9" w14:paraId="7A9E3D92" w14:textId="77777777">
        <w:trPr>
          <w:cantSplit/>
          <w:jc w:val="center"/>
        </w:trPr>
        <w:tc>
          <w:tcPr>
            <w:tcW w:w="2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D902ED" w14:textId="77777777" w:rsidR="00CB5CF9" w:rsidRDefault="00000000">
            <w:r>
              <w:lastRenderedPageBreak/>
              <w:t>Глазная клиника, Суворова, 39</w:t>
            </w:r>
          </w:p>
        </w:tc>
        <w:tc>
          <w:tcPr>
            <w:tcW w:w="2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520427" w14:textId="77777777" w:rsidR="00CB5CF9" w:rsidRPr="008F6775" w:rsidRDefault="00000000">
            <w:pPr>
              <w:rPr>
                <w:lang w:val="ru-RU"/>
              </w:rPr>
            </w:pPr>
            <w:proofErr w:type="spellStart"/>
            <w:r w:rsidRPr="008F6775">
              <w:rPr>
                <w:lang w:val="ru-RU"/>
              </w:rPr>
              <w:t>Пн</w:t>
            </w:r>
            <w:proofErr w:type="spellEnd"/>
            <w:r w:rsidRPr="008F6775">
              <w:rPr>
                <w:lang w:val="ru-RU"/>
              </w:rPr>
              <w:t>–</w:t>
            </w:r>
            <w:proofErr w:type="spellStart"/>
            <w:r w:rsidRPr="008F6775">
              <w:rPr>
                <w:lang w:val="ru-RU"/>
              </w:rPr>
              <w:t>Пт</w:t>
            </w:r>
            <w:proofErr w:type="spellEnd"/>
            <w:r w:rsidRPr="008F6775">
              <w:rPr>
                <w:lang w:val="ru-RU"/>
              </w:rPr>
              <w:t xml:space="preserve"> 09:00–19:00; Сб 09:00–17:00; Вс выходной</w:t>
            </w:r>
          </w:p>
        </w:tc>
        <w:tc>
          <w:tcPr>
            <w:tcW w:w="147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764600" w14:textId="77777777" w:rsidR="00CB5CF9" w:rsidRDefault="00000000"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отдельного</w:t>
            </w:r>
            <w:proofErr w:type="spellEnd"/>
            <w:r>
              <w:t xml:space="preserve"> </w:t>
            </w:r>
            <w:proofErr w:type="spellStart"/>
            <w:r>
              <w:t>перерыва</w:t>
            </w:r>
            <w:proofErr w:type="spellEnd"/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685553" w14:textId="77777777" w:rsidR="00CB5CF9" w:rsidRDefault="00000000">
            <w:r>
              <w:t>режим по официальному сайту</w:t>
            </w:r>
          </w:p>
        </w:tc>
      </w:tr>
      <w:tr w:rsidR="00CB5CF9" w14:paraId="69A9BB5B" w14:textId="77777777">
        <w:trPr>
          <w:cantSplit/>
          <w:jc w:val="center"/>
        </w:trPr>
        <w:tc>
          <w:tcPr>
            <w:tcW w:w="2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AD03E0" w14:textId="77777777" w:rsidR="00CB5CF9" w:rsidRDefault="00000000">
            <w:r>
              <w:t>КДЦ, Таганрогская, 133</w:t>
            </w:r>
          </w:p>
        </w:tc>
        <w:tc>
          <w:tcPr>
            <w:tcW w:w="2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7A6957" w14:textId="77777777" w:rsidR="00CB5CF9" w:rsidRPr="008F6775" w:rsidRDefault="00000000">
            <w:pPr>
              <w:rPr>
                <w:lang w:val="ru-RU"/>
              </w:rPr>
            </w:pPr>
            <w:proofErr w:type="spellStart"/>
            <w:r w:rsidRPr="008F6775">
              <w:rPr>
                <w:lang w:val="ru-RU"/>
              </w:rPr>
              <w:t>Пн</w:t>
            </w:r>
            <w:proofErr w:type="spellEnd"/>
            <w:r w:rsidRPr="008F6775">
              <w:rPr>
                <w:lang w:val="ru-RU"/>
              </w:rPr>
              <w:t>–</w:t>
            </w:r>
            <w:proofErr w:type="spellStart"/>
            <w:r w:rsidRPr="008F6775">
              <w:rPr>
                <w:lang w:val="ru-RU"/>
              </w:rPr>
              <w:t>Пт</w:t>
            </w:r>
            <w:proofErr w:type="spellEnd"/>
            <w:r w:rsidRPr="008F6775">
              <w:rPr>
                <w:lang w:val="ru-RU"/>
              </w:rPr>
              <w:t xml:space="preserve"> 09:00–19:00; Сб 09:00–17:00; Вс выходной</w:t>
            </w:r>
          </w:p>
        </w:tc>
        <w:tc>
          <w:tcPr>
            <w:tcW w:w="147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27F496" w14:textId="77777777" w:rsidR="00CB5CF9" w:rsidRDefault="00000000"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отдельного</w:t>
            </w:r>
            <w:proofErr w:type="spellEnd"/>
            <w:r>
              <w:t xml:space="preserve"> </w:t>
            </w:r>
            <w:proofErr w:type="spellStart"/>
            <w:r>
              <w:t>перерыва</w:t>
            </w:r>
            <w:proofErr w:type="spellEnd"/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DF115B" w14:textId="77777777" w:rsidR="00CB5CF9" w:rsidRDefault="00000000">
            <w:r>
              <w:t>режим по официальному сайту</w:t>
            </w:r>
          </w:p>
        </w:tc>
      </w:tr>
      <w:tr w:rsidR="00CB5CF9" w14:paraId="0D9A0C23" w14:textId="77777777">
        <w:trPr>
          <w:cantSplit/>
          <w:jc w:val="center"/>
        </w:trPr>
        <w:tc>
          <w:tcPr>
            <w:tcW w:w="2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857018" w14:textId="77777777" w:rsidR="00CB5CF9" w:rsidRDefault="00000000">
            <w:r>
              <w:t>Клиника, Обсерваторная, 84/26</w:t>
            </w:r>
          </w:p>
        </w:tc>
        <w:tc>
          <w:tcPr>
            <w:tcW w:w="2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2A20FC" w14:textId="77777777" w:rsidR="00CB5CF9" w:rsidRDefault="00000000">
            <w:r>
              <w:t>Пн–Сб 09:00–17:00; Вс выходной</w:t>
            </w:r>
          </w:p>
        </w:tc>
        <w:tc>
          <w:tcPr>
            <w:tcW w:w="147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403C56" w14:textId="77777777" w:rsidR="00CB5CF9" w:rsidRDefault="00000000">
            <w:r>
              <w:t>без отдельного перерыва</w:t>
            </w: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579272" w14:textId="77777777" w:rsidR="00CB5CF9" w:rsidRDefault="00000000">
            <w:r>
              <w:t>режим по официальному сайту</w:t>
            </w:r>
          </w:p>
        </w:tc>
      </w:tr>
      <w:tr w:rsidR="00CB5CF9" w14:paraId="3E6F05D8" w14:textId="77777777">
        <w:trPr>
          <w:cantSplit/>
          <w:jc w:val="center"/>
        </w:trPr>
        <w:tc>
          <w:tcPr>
            <w:tcW w:w="2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D063C5" w14:textId="77777777" w:rsidR="00CB5CF9" w:rsidRDefault="00000000">
            <w:r>
              <w:t>Детская клиника, Чехова, 55</w:t>
            </w:r>
          </w:p>
        </w:tc>
        <w:tc>
          <w:tcPr>
            <w:tcW w:w="2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905A39" w14:textId="77777777" w:rsidR="00CB5CF9" w:rsidRPr="008F6775" w:rsidRDefault="00000000">
            <w:pPr>
              <w:rPr>
                <w:lang w:val="ru-RU"/>
              </w:rPr>
            </w:pPr>
            <w:proofErr w:type="spellStart"/>
            <w:r w:rsidRPr="008F6775">
              <w:rPr>
                <w:lang w:val="ru-RU"/>
              </w:rPr>
              <w:t>Пн</w:t>
            </w:r>
            <w:proofErr w:type="spellEnd"/>
            <w:r w:rsidRPr="008F6775">
              <w:rPr>
                <w:lang w:val="ru-RU"/>
              </w:rPr>
              <w:t>–</w:t>
            </w:r>
            <w:proofErr w:type="spellStart"/>
            <w:r w:rsidRPr="008F6775">
              <w:rPr>
                <w:lang w:val="ru-RU"/>
              </w:rPr>
              <w:t>Пт</w:t>
            </w:r>
            <w:proofErr w:type="spellEnd"/>
            <w:r w:rsidRPr="008F6775">
              <w:rPr>
                <w:lang w:val="ru-RU"/>
              </w:rPr>
              <w:t xml:space="preserve"> 09:00–19:00; Сб 09:00–15:00; Вс выходной</w:t>
            </w:r>
          </w:p>
        </w:tc>
        <w:tc>
          <w:tcPr>
            <w:tcW w:w="147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E23EDC" w14:textId="77777777" w:rsidR="00CB5CF9" w:rsidRDefault="00000000"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отдельного</w:t>
            </w:r>
            <w:proofErr w:type="spellEnd"/>
            <w:r>
              <w:t xml:space="preserve"> </w:t>
            </w:r>
            <w:proofErr w:type="spellStart"/>
            <w:r>
              <w:t>перерыва</w:t>
            </w:r>
            <w:proofErr w:type="spellEnd"/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924508" w14:textId="77777777" w:rsidR="00CB5CF9" w:rsidRDefault="00000000">
            <w:r>
              <w:t>режим по официальному сайту</w:t>
            </w:r>
          </w:p>
        </w:tc>
      </w:tr>
    </w:tbl>
    <w:p w14:paraId="44400350" w14:textId="77777777" w:rsidR="00CB5CF9" w:rsidRPr="008F6775" w:rsidRDefault="00000000">
      <w:pPr>
        <w:spacing w:before="100"/>
        <w:rPr>
          <w:lang w:val="ru-RU"/>
        </w:rPr>
      </w:pPr>
      <w:r w:rsidRPr="008F6775">
        <w:rPr>
          <w:lang w:val="ru-RU"/>
        </w:rPr>
        <w:t>Информация о временном изменении режима работы, в том числе в праздничные и нерабочие дни, размещается на официальном сайте заблаговременно либо незамедлительно после принятия соответствующего решения.</w:t>
      </w:r>
    </w:p>
    <w:p w14:paraId="66CBF7B7" w14:textId="77777777" w:rsidR="00CB5CF9" w:rsidRDefault="00000000">
      <w:pPr>
        <w:pStyle w:val="Heading1"/>
        <w:spacing w:before="160" w:after="100" w:line="240" w:lineRule="auto"/>
        <w:ind w:firstLine="0"/>
        <w:jc w:val="center"/>
      </w:pPr>
      <w:r>
        <w:rPr>
          <w:rFonts w:ascii="Times New Roman" w:eastAsia="Times New Roman" w:hAnsi="Times New Roman"/>
        </w:rPr>
        <w:t>5. КОНТАКТНАЯ ИНФОРМАЦИЯ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5840"/>
      </w:tblGrid>
      <w:tr w:rsidR="00CB5CF9" w14:paraId="437763AD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EB17A6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Единый справочный телефон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F711ED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8 (863) 333-02-14</w:t>
            </w:r>
          </w:p>
        </w:tc>
      </w:tr>
      <w:tr w:rsidR="00CB5CF9" w14:paraId="0FAA480B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37AEA0" w14:textId="77777777" w:rsidR="00CB5CF9" w:rsidRPr="008F6775" w:rsidRDefault="00000000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8F6775">
              <w:rPr>
                <w:b/>
                <w:lang w:val="ru-RU"/>
              </w:rPr>
              <w:t>Телефон регистратуры / записи на прием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33149B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8 (863) 333-02-14</w:t>
            </w:r>
          </w:p>
        </w:tc>
      </w:tr>
      <w:tr w:rsidR="00CB5CF9" w14:paraId="639948BF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9A7749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lastRenderedPageBreak/>
              <w:t>Телефон администрации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DEE238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8 (863) 333-02-14</w:t>
            </w:r>
          </w:p>
        </w:tc>
      </w:tr>
      <w:tr w:rsidR="00CB5CF9" w14:paraId="506522BF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88AF64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Адрес электронной почты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BD474D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office@legeartis-don.ru</w:t>
            </w:r>
          </w:p>
        </w:tc>
      </w:tr>
      <w:tr w:rsidR="00CB5CF9" w14:paraId="372B3505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F2E80E" w14:textId="77777777" w:rsidR="00CB5CF9" w:rsidRPr="008F6775" w:rsidRDefault="00000000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8F6775">
              <w:rPr>
                <w:b/>
                <w:lang w:val="ru-RU"/>
              </w:rPr>
              <w:t>Адрес для направления письменных обращений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BD45CA" w14:textId="77777777" w:rsidR="00CB5CF9" w:rsidRDefault="00000000">
            <w:pPr>
              <w:spacing w:line="240" w:lineRule="auto"/>
              <w:ind w:firstLine="0"/>
              <w:jc w:val="left"/>
            </w:pPr>
            <w:r w:rsidRPr="008F6775">
              <w:rPr>
                <w:lang w:val="ru-RU"/>
              </w:rPr>
              <w:t xml:space="preserve">344006, Ростовская область, г. </w:t>
            </w:r>
            <w:proofErr w:type="spellStart"/>
            <w:r w:rsidRPr="008F6775">
              <w:rPr>
                <w:lang w:val="ru-RU"/>
              </w:rPr>
              <w:t>Ростов</w:t>
            </w:r>
            <w:proofErr w:type="spellEnd"/>
            <w:r w:rsidRPr="008F6775">
              <w:rPr>
                <w:lang w:val="ru-RU"/>
              </w:rPr>
              <w:t xml:space="preserve">-на-Дону, ул. </w:t>
            </w:r>
            <w:proofErr w:type="spellStart"/>
            <w:r>
              <w:t>Суворова</w:t>
            </w:r>
            <w:proofErr w:type="spellEnd"/>
            <w:r>
              <w:t>, д. 39</w:t>
            </w:r>
          </w:p>
        </w:tc>
      </w:tr>
      <w:tr w:rsidR="00CB5CF9" w14:paraId="65C0C1B0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9DC41B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Электронная форма обращения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78F7A2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https://legeartis-don.ru/</w:t>
            </w:r>
          </w:p>
        </w:tc>
      </w:tr>
      <w:tr w:rsidR="00CB5CF9" w:rsidRPr="008F6775" w14:paraId="650617B2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D373DA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Иные официальные каналы связи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102FCA" w14:textId="77777777" w:rsidR="00CB5CF9" w:rsidRPr="008F6775" w:rsidRDefault="00000000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8F6775">
              <w:rPr>
                <w:lang w:val="ru-RU"/>
              </w:rPr>
              <w:t xml:space="preserve">Онлайн-форма и онлайн-запись на официальном сайте </w:t>
            </w:r>
            <w:r>
              <w:t>https</w:t>
            </w:r>
            <w:r w:rsidRPr="008F6775">
              <w:rPr>
                <w:lang w:val="ru-RU"/>
              </w:rPr>
              <w:t>://</w:t>
            </w:r>
            <w:proofErr w:type="spellStart"/>
            <w:r>
              <w:t>legeartis</w:t>
            </w:r>
            <w:proofErr w:type="spellEnd"/>
            <w:r w:rsidRPr="008F6775">
              <w:rPr>
                <w:lang w:val="ru-RU"/>
              </w:rPr>
              <w:t>-</w:t>
            </w:r>
            <w:r>
              <w:t>don</w:t>
            </w:r>
            <w:r w:rsidRPr="008F6775"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  <w:r w:rsidRPr="008F6775">
              <w:rPr>
                <w:lang w:val="ru-RU"/>
              </w:rPr>
              <w:t>/</w:t>
            </w:r>
          </w:p>
        </w:tc>
      </w:tr>
    </w:tbl>
    <w:p w14:paraId="35C7F42A" w14:textId="77777777" w:rsidR="00CB5CF9" w:rsidRDefault="00000000">
      <w:pPr>
        <w:pStyle w:val="Heading1"/>
        <w:spacing w:before="160" w:after="100" w:line="240" w:lineRule="auto"/>
        <w:ind w:firstLine="0"/>
        <w:jc w:val="center"/>
      </w:pPr>
      <w:r>
        <w:rPr>
          <w:rFonts w:ascii="Times New Roman" w:eastAsia="Times New Roman" w:hAnsi="Times New Roman"/>
        </w:rPr>
        <w:t>6. ЛИЧНЫЙ ПРИЕМ ГРАЖДАН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948"/>
        <w:gridCol w:w="3572"/>
      </w:tblGrid>
      <w:tr w:rsidR="00CB5CF9" w14:paraId="67EBB9EA" w14:textId="77777777">
        <w:trPr>
          <w:cantSplit/>
          <w:tblHeader/>
          <w:jc w:val="center"/>
        </w:trPr>
        <w:tc>
          <w:tcPr>
            <w:tcW w:w="283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EEAECC" w14:textId="77777777" w:rsidR="00CB5CF9" w:rsidRDefault="00000000">
            <w:pPr>
              <w:spacing w:line="240" w:lineRule="auto"/>
              <w:ind w:firstLine="0"/>
              <w:jc w:val="center"/>
            </w:pPr>
            <w:r>
              <w:rPr>
                <w:b/>
              </w:rPr>
              <w:t>Должностное лицо</w:t>
            </w:r>
          </w:p>
        </w:tc>
        <w:tc>
          <w:tcPr>
            <w:tcW w:w="2948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B4A326" w14:textId="77777777" w:rsidR="00CB5CF9" w:rsidRDefault="00000000">
            <w:pPr>
              <w:spacing w:line="240" w:lineRule="auto"/>
              <w:ind w:firstLine="0"/>
              <w:jc w:val="center"/>
            </w:pPr>
            <w:r>
              <w:rPr>
                <w:b/>
              </w:rPr>
              <w:t>График и место приема</w:t>
            </w:r>
          </w:p>
        </w:tc>
        <w:tc>
          <w:tcPr>
            <w:tcW w:w="3572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E3B6E2" w14:textId="77777777" w:rsidR="00CB5CF9" w:rsidRDefault="00000000">
            <w:pPr>
              <w:spacing w:line="240" w:lineRule="auto"/>
              <w:ind w:firstLine="0"/>
              <w:jc w:val="center"/>
            </w:pPr>
            <w:r>
              <w:rPr>
                <w:b/>
              </w:rPr>
              <w:t>Порядок записи и контакты</w:t>
            </w:r>
          </w:p>
        </w:tc>
      </w:tr>
      <w:tr w:rsidR="00CB5CF9" w:rsidRPr="008F6775" w14:paraId="7A974B72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484097" w14:textId="77777777" w:rsidR="00CB5CF9" w:rsidRDefault="00000000">
            <w:r>
              <w:t>Директор — Николаева Елена Евгеньевна</w:t>
            </w:r>
          </w:p>
        </w:tc>
        <w:tc>
          <w:tcPr>
            <w:tcW w:w="29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E2C0FD" w14:textId="77777777" w:rsidR="00CB5CF9" w:rsidRDefault="00000000">
            <w:r w:rsidRPr="008F6775">
              <w:rPr>
                <w:lang w:val="ru-RU"/>
              </w:rPr>
              <w:t xml:space="preserve">по предварительной записи, 344006, Ростовская область, г. </w:t>
            </w:r>
            <w:proofErr w:type="spellStart"/>
            <w:r w:rsidRPr="008F6775">
              <w:rPr>
                <w:lang w:val="ru-RU"/>
              </w:rPr>
              <w:t>Ростов</w:t>
            </w:r>
            <w:proofErr w:type="spellEnd"/>
            <w:r w:rsidRPr="008F6775">
              <w:rPr>
                <w:lang w:val="ru-RU"/>
              </w:rPr>
              <w:t xml:space="preserve">-на-Дону, ул. </w:t>
            </w:r>
            <w:proofErr w:type="spellStart"/>
            <w:r>
              <w:t>Суворова</w:t>
            </w:r>
            <w:proofErr w:type="spellEnd"/>
            <w:r>
              <w:t>, д. 39</w:t>
            </w:r>
          </w:p>
        </w:tc>
        <w:tc>
          <w:tcPr>
            <w:tcW w:w="35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128578" w14:textId="77777777" w:rsidR="00CB5CF9" w:rsidRPr="008F6775" w:rsidRDefault="00000000">
            <w:pPr>
              <w:rPr>
                <w:lang w:val="ru-RU"/>
              </w:rPr>
            </w:pPr>
            <w:r w:rsidRPr="008F6775">
              <w:rPr>
                <w:lang w:val="ru-RU"/>
              </w:rPr>
              <w:t xml:space="preserve">запись по телефону 8 (863) 333-02-14 или через </w:t>
            </w:r>
            <w:r>
              <w:t>https</w:t>
            </w:r>
            <w:r w:rsidRPr="008F6775">
              <w:rPr>
                <w:lang w:val="ru-RU"/>
              </w:rPr>
              <w:t>://</w:t>
            </w:r>
            <w:proofErr w:type="spellStart"/>
            <w:r>
              <w:t>legeartis</w:t>
            </w:r>
            <w:proofErr w:type="spellEnd"/>
            <w:r w:rsidRPr="008F6775">
              <w:rPr>
                <w:lang w:val="ru-RU"/>
              </w:rPr>
              <w:t>-</w:t>
            </w:r>
            <w:r>
              <w:t>don</w:t>
            </w:r>
            <w:r w:rsidRPr="008F6775"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  <w:r w:rsidRPr="008F6775">
              <w:rPr>
                <w:lang w:val="ru-RU"/>
              </w:rPr>
              <w:t>/</w:t>
            </w:r>
          </w:p>
        </w:tc>
      </w:tr>
      <w:tr w:rsidR="00CB5CF9" w:rsidRPr="008F6775" w14:paraId="2F83AAB3" w14:textId="77777777">
        <w:trPr>
          <w:cantSplit/>
          <w:jc w:val="center"/>
        </w:trPr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364230" w14:textId="77777777" w:rsidR="00CB5CF9" w:rsidRPr="008F6775" w:rsidRDefault="00000000">
            <w:pPr>
              <w:rPr>
                <w:lang w:val="ru-RU"/>
              </w:rPr>
            </w:pPr>
            <w:r w:rsidRPr="008F6775">
              <w:rPr>
                <w:lang w:val="ru-RU"/>
              </w:rPr>
              <w:t>Главный врач — Темиров Николай Эдуардович</w:t>
            </w:r>
          </w:p>
        </w:tc>
        <w:tc>
          <w:tcPr>
            <w:tcW w:w="29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95E2F5" w14:textId="77777777" w:rsidR="00CB5CF9" w:rsidRPr="008F6775" w:rsidRDefault="00000000">
            <w:pPr>
              <w:rPr>
                <w:lang w:val="ru-RU"/>
              </w:rPr>
            </w:pPr>
            <w:r w:rsidRPr="008F6775">
              <w:rPr>
                <w:lang w:val="ru-RU"/>
              </w:rPr>
              <w:t>по предварительной записи, ул. Суворова, 39</w:t>
            </w:r>
          </w:p>
        </w:tc>
        <w:tc>
          <w:tcPr>
            <w:tcW w:w="35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30C1B1" w14:textId="77777777" w:rsidR="00CB5CF9" w:rsidRPr="008F6775" w:rsidRDefault="00000000">
            <w:pPr>
              <w:rPr>
                <w:lang w:val="ru-RU"/>
              </w:rPr>
            </w:pPr>
            <w:r w:rsidRPr="008F6775">
              <w:rPr>
                <w:lang w:val="ru-RU"/>
              </w:rPr>
              <w:t xml:space="preserve">запись по телефону 8 (863) 333-02-14 или через </w:t>
            </w:r>
            <w:r>
              <w:t>https</w:t>
            </w:r>
            <w:r w:rsidRPr="008F6775">
              <w:rPr>
                <w:lang w:val="ru-RU"/>
              </w:rPr>
              <w:t>://</w:t>
            </w:r>
            <w:proofErr w:type="spellStart"/>
            <w:r>
              <w:t>legeartis</w:t>
            </w:r>
            <w:proofErr w:type="spellEnd"/>
            <w:r w:rsidRPr="008F6775">
              <w:rPr>
                <w:lang w:val="ru-RU"/>
              </w:rPr>
              <w:t>-</w:t>
            </w:r>
            <w:r>
              <w:t>don</w:t>
            </w:r>
            <w:r w:rsidRPr="008F6775"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  <w:r w:rsidRPr="008F6775">
              <w:rPr>
                <w:lang w:val="ru-RU"/>
              </w:rPr>
              <w:t>/</w:t>
            </w:r>
          </w:p>
        </w:tc>
      </w:tr>
    </w:tbl>
    <w:p w14:paraId="69385131" w14:textId="77777777" w:rsidR="00CB5CF9" w:rsidRPr="008F6775" w:rsidRDefault="00000000">
      <w:pPr>
        <w:spacing w:before="100"/>
        <w:rPr>
          <w:lang w:val="ru-RU"/>
        </w:rPr>
      </w:pPr>
      <w:r w:rsidRPr="008F6775">
        <w:rPr>
          <w:lang w:val="ru-RU"/>
        </w:rPr>
        <w:t xml:space="preserve">Предварительная запись на личный прием осуществляется по телефону 8 (863) 333-02-14 либо через официальный сайт </w:t>
      </w:r>
      <w:r>
        <w:t>https</w:t>
      </w:r>
      <w:r w:rsidRPr="008F6775">
        <w:rPr>
          <w:lang w:val="ru-RU"/>
        </w:rPr>
        <w:t>://</w:t>
      </w:r>
      <w:proofErr w:type="spellStart"/>
      <w:r>
        <w:t>legeartis</w:t>
      </w:r>
      <w:proofErr w:type="spellEnd"/>
      <w:r w:rsidRPr="008F6775">
        <w:rPr>
          <w:lang w:val="ru-RU"/>
        </w:rPr>
        <w:t>-</w:t>
      </w:r>
      <w:r>
        <w:t>don</w:t>
      </w:r>
      <w:r w:rsidRPr="008F6775">
        <w:rPr>
          <w:lang w:val="ru-RU"/>
        </w:rPr>
        <w:t>.</w:t>
      </w:r>
      <w:proofErr w:type="spellStart"/>
      <w:r>
        <w:t>ru</w:t>
      </w:r>
      <w:proofErr w:type="spellEnd"/>
      <w:r w:rsidRPr="008F6775">
        <w:rPr>
          <w:lang w:val="ru-RU"/>
        </w:rPr>
        <w:t>/.</w:t>
      </w:r>
    </w:p>
    <w:p w14:paraId="308FBF89" w14:textId="77777777" w:rsidR="00CB5CF9" w:rsidRDefault="00000000">
      <w:pPr>
        <w:pStyle w:val="Heading1"/>
        <w:spacing w:before="160" w:after="100" w:line="240" w:lineRule="auto"/>
        <w:ind w:firstLine="0"/>
        <w:jc w:val="center"/>
      </w:pPr>
      <w:r>
        <w:rPr>
          <w:rFonts w:ascii="Times New Roman" w:eastAsia="Times New Roman" w:hAnsi="Times New Roman"/>
        </w:rPr>
        <w:t>7. СПОСОБЫ НАПРАВЛЕНИЯ ОБРАЩЕНИЙ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5840"/>
      </w:tblGrid>
      <w:tr w:rsidR="00CB5CF9" w:rsidRPr="008F6775" w14:paraId="15F4FDD2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B3B27B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Лично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D2C5A4" w14:textId="77777777" w:rsidR="00CB5CF9" w:rsidRPr="008F6775" w:rsidRDefault="00000000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8F6775">
              <w:rPr>
                <w:lang w:val="ru-RU"/>
              </w:rPr>
              <w:t xml:space="preserve">344006, Ростовская область, г. </w:t>
            </w:r>
            <w:proofErr w:type="spellStart"/>
            <w:r w:rsidRPr="008F6775">
              <w:rPr>
                <w:lang w:val="ru-RU"/>
              </w:rPr>
              <w:t>Ростов</w:t>
            </w:r>
            <w:proofErr w:type="spellEnd"/>
            <w:r w:rsidRPr="008F6775">
              <w:rPr>
                <w:lang w:val="ru-RU"/>
              </w:rPr>
              <w:t>-на-Дону, ул. Суворова, д. 39; обратиться к администратору в часы работы подразделения</w:t>
            </w:r>
          </w:p>
        </w:tc>
      </w:tr>
      <w:tr w:rsidR="00CB5CF9" w14:paraId="46884A25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BA2193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lastRenderedPageBreak/>
              <w:t>Почтовым отправлением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A6FEC2" w14:textId="77777777" w:rsidR="00CB5CF9" w:rsidRDefault="00000000">
            <w:pPr>
              <w:spacing w:line="240" w:lineRule="auto"/>
              <w:ind w:firstLine="0"/>
              <w:jc w:val="left"/>
            </w:pPr>
            <w:r w:rsidRPr="008F6775">
              <w:rPr>
                <w:lang w:val="ru-RU"/>
              </w:rPr>
              <w:t xml:space="preserve">344006, Ростовская область, г. </w:t>
            </w:r>
            <w:proofErr w:type="spellStart"/>
            <w:r w:rsidRPr="008F6775">
              <w:rPr>
                <w:lang w:val="ru-RU"/>
              </w:rPr>
              <w:t>Ростов</w:t>
            </w:r>
            <w:proofErr w:type="spellEnd"/>
            <w:r w:rsidRPr="008F6775">
              <w:rPr>
                <w:lang w:val="ru-RU"/>
              </w:rPr>
              <w:t xml:space="preserve">-на-Дону, ул. </w:t>
            </w:r>
            <w:proofErr w:type="spellStart"/>
            <w:r>
              <w:t>Суворова</w:t>
            </w:r>
            <w:proofErr w:type="spellEnd"/>
            <w:r>
              <w:t>, д. 39</w:t>
            </w:r>
          </w:p>
        </w:tc>
      </w:tr>
      <w:tr w:rsidR="00CB5CF9" w14:paraId="7BB41FBC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9135F8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По электронной почте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D064B3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office@legeartis-don.ru</w:t>
            </w:r>
          </w:p>
        </w:tc>
      </w:tr>
      <w:tr w:rsidR="00CB5CF9" w14:paraId="4F2F8337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32610A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Через официальный сайт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C18C48" w14:textId="77777777" w:rsidR="00CB5CF9" w:rsidRDefault="00000000">
            <w:pPr>
              <w:spacing w:line="240" w:lineRule="auto"/>
              <w:ind w:firstLine="0"/>
              <w:jc w:val="left"/>
            </w:pPr>
            <w:r>
              <w:t>https://legeartis-don.ru/</w:t>
            </w:r>
          </w:p>
        </w:tc>
      </w:tr>
      <w:tr w:rsidR="00CB5CF9" w:rsidRPr="008F6775" w14:paraId="7F186C4C" w14:textId="77777777">
        <w:trPr>
          <w:cantSplit/>
          <w:jc w:val="center"/>
        </w:trPr>
        <w:tc>
          <w:tcPr>
            <w:tcW w:w="3515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C9C5BF" w14:textId="77777777" w:rsidR="00CB5CF9" w:rsidRDefault="00000000">
            <w:pPr>
              <w:spacing w:line="240" w:lineRule="auto"/>
              <w:ind w:firstLine="0"/>
              <w:jc w:val="left"/>
            </w:pPr>
            <w:r>
              <w:rPr>
                <w:b/>
              </w:rPr>
              <w:t>Иным способом</w:t>
            </w:r>
          </w:p>
        </w:tc>
        <w:tc>
          <w:tcPr>
            <w:tcW w:w="58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B41864" w14:textId="77777777" w:rsidR="00CB5CF9" w:rsidRPr="008F6775" w:rsidRDefault="00000000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8F6775">
              <w:rPr>
                <w:lang w:val="ru-RU"/>
              </w:rPr>
              <w:t>Иные способы обращения — через официальные каналы связи, указанные на сайте</w:t>
            </w:r>
          </w:p>
        </w:tc>
      </w:tr>
    </w:tbl>
    <w:p w14:paraId="66FF93BF" w14:textId="77777777" w:rsidR="00CB5CF9" w:rsidRPr="008F6775" w:rsidRDefault="00CB5CF9">
      <w:pPr>
        <w:rPr>
          <w:lang w:val="ru-RU"/>
        </w:rPr>
      </w:pPr>
    </w:p>
    <w:sectPr w:rsidR="00CB5CF9" w:rsidRPr="008F6775">
      <w:footerReference w:type="default" r:id="rId10"/>
      <w:pgSz w:w="12240" w:h="15840"/>
      <w:pgMar w:top="1134" w:right="850" w:bottom="1134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9CFD8" w14:textId="77777777" w:rsidR="00AF2A22" w:rsidRDefault="00AF2A22">
      <w:pPr>
        <w:spacing w:line="240" w:lineRule="auto"/>
      </w:pPr>
      <w:r>
        <w:separator/>
      </w:r>
    </w:p>
  </w:endnote>
  <w:endnote w:type="continuationSeparator" w:id="0">
    <w:p w14:paraId="3EA4FB79" w14:textId="77777777" w:rsidR="00AF2A22" w:rsidRDefault="00AF2A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3DD69" w14:textId="77777777" w:rsidR="00CB5CF9" w:rsidRDefault="00000000">
    <w:pPr>
      <w:pStyle w:val="Footer"/>
      <w:ind w:firstLine="0"/>
      <w:jc w:val="center"/>
    </w:pPr>
    <w:proofErr w:type="spellStart"/>
    <w:r>
      <w:rPr>
        <w:sz w:val="24"/>
      </w:rPr>
      <w:t>Страница</w:t>
    </w:r>
    <w:proofErr w:type="spellEnd"/>
    <w:r>
      <w:rPr>
        <w:sz w:val="24"/>
      </w:rPr>
      <w:t xml:space="preserve"> </w:t>
    </w:r>
    <w:r>
      <w:rPr>
        <w:sz w:val="24"/>
      </w:rPr>
      <w:fldChar w:fldCharType="begin"/>
    </w:r>
    <w:r>
      <w:rPr>
        <w:sz w:val="24"/>
      </w:rPr>
      <w:instrText>PAGE</w:instrText>
    </w:r>
    <w:r w:rsidR="008F6775">
      <w:rPr>
        <w:sz w:val="24"/>
      </w:rPr>
      <w:fldChar w:fldCharType="separate"/>
    </w:r>
    <w:r w:rsidR="008F6775">
      <w:rPr>
        <w:noProof/>
        <w:sz w:val="24"/>
      </w:rPr>
      <w:t>1</w:t>
    </w:r>
    <w:r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D9A45" w14:textId="77777777" w:rsidR="00AF2A22" w:rsidRDefault="00AF2A22">
      <w:pPr>
        <w:spacing w:line="240" w:lineRule="auto"/>
      </w:pPr>
      <w:r>
        <w:separator/>
      </w:r>
    </w:p>
  </w:footnote>
  <w:footnote w:type="continuationSeparator" w:id="0">
    <w:p w14:paraId="3B9FA960" w14:textId="77777777" w:rsidR="00AF2A22" w:rsidRDefault="00AF2A2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7954183">
    <w:abstractNumId w:val="8"/>
  </w:num>
  <w:num w:numId="2" w16cid:durableId="1066758012">
    <w:abstractNumId w:val="6"/>
  </w:num>
  <w:num w:numId="3" w16cid:durableId="1949699500">
    <w:abstractNumId w:val="5"/>
  </w:num>
  <w:num w:numId="4" w16cid:durableId="183634343">
    <w:abstractNumId w:val="4"/>
  </w:num>
  <w:num w:numId="5" w16cid:durableId="1923568113">
    <w:abstractNumId w:val="7"/>
  </w:num>
  <w:num w:numId="6" w16cid:durableId="1058282818">
    <w:abstractNumId w:val="3"/>
  </w:num>
  <w:num w:numId="7" w16cid:durableId="1855532947">
    <w:abstractNumId w:val="2"/>
  </w:num>
  <w:num w:numId="8" w16cid:durableId="1581140394">
    <w:abstractNumId w:val="1"/>
  </w:num>
  <w:num w:numId="9" w16cid:durableId="1286232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5B80"/>
    <w:rsid w:val="00326F90"/>
    <w:rsid w:val="005C26A4"/>
    <w:rsid w:val="008F6775"/>
    <w:rsid w:val="00AA1D8D"/>
    <w:rsid w:val="00AF2A22"/>
    <w:rsid w:val="00B47730"/>
    <w:rsid w:val="00C822BF"/>
    <w:rsid w:val="00CB0664"/>
    <w:rsid w:val="00CB5CF9"/>
    <w:rsid w:val="00E621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F768AC"/>
  <w14:defaultImageDpi w14:val="300"/>
  <w15:docId w15:val="{8CF6A68B-DF48-E645-A455-19C69AFF5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медицинской организации</dc:title>
  <dc:subject>Документ ООО «Глазная поликлиника «Леге Артис»</dc:subject>
  <dc:creator/>
  <cp:keywords>медицинская организация, официальный сайт, сведения, шаблон</cp:keywords>
  <dc:description>generated by python-docx</dc:description>
  <cp:lastModifiedBy>Santa Rozhkov</cp:lastModifiedBy>
  <cp:revision>3</cp:revision>
  <dcterms:created xsi:type="dcterms:W3CDTF">2026-06-22T20:23:00Z</dcterms:created>
  <dcterms:modified xsi:type="dcterms:W3CDTF">2026-08-25T13:51:00Z</dcterms:modified>
  <cp:category/>
</cp:coreProperties>
</file>